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התוכן המרכזי של הטקסט על הרשת התת-קרקעית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בטקסט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לטבע ולמדע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רשת של חוטי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שהחוטים דקים מאוד וקשה לראות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(מחברת בין העצים ביער)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(מביאות מים וחומרים לשורשי העצים)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(עץ צעיר שזקוק לעזרה)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(מידע שעובר כשחרקים תוקפים 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הפטריות מביאות לעצים מים וחומרים מהאדמה, והעצים נותנים לפטריות סוכר שהן מייצרות מאור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יתייחסו לרעיון החיבור והעזרה ההדדית, יקשרו בין הרשת ביער לבין קשרים אנושיים, ויכתבו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חוטי פטריות דקיקים שמתלפפים סביב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עצים ותיקים מעבירים להם סוכר דרך הרשת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חיבור בין עצים מחזק אותם, בדומה לחיבור בין אנשים בקהילה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בקול רם בכיתה לפני התרגול, כדי לוודא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לאתר בעצמם את המשפטים הרלוונטיים בטקסט לפני 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בדיון קצר על ההשוואה בין היער לכיתה, ולחבר זאת לחיי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הבנת הנקרא על טקסט שמספר על רשת מסתורית מתחת לאדמה, שמחברת בין העצים ביער ועוזרת להם לתקשר ולעזור זה לזה.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פטריות  ·  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הדבר שמחבר בין העצים ביער,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רשת של חוטי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כבלים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שורשים שנוגעים ישירות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הפטריות מקבלות מהעצים?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חוטי הפטריות עבים וקל לראות אותם בעין.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הרשת ביער מעבירה מים, מזון ואותות בין העצים.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הרשת ביער בנויה מחוטים דקיקים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הפטריות מביאות לשורשים __________ וחומרים מן האדמה.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רשת תת-קרקעית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מידע שעובר כשחרקים תוקפים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פטריות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עץ צעיר שזקוק לעזרה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שתיל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מחברת בין העצים ביער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אותות אזהרה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מביאות מים וחומרים לשורשי העצים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איך העצים והפטריות עוזרים זה לזה.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שמסבירה למה חשוב לשמור על קשרים עם חברים ומשפחה, בהשראת הרשת שמחברת בין העצים ביער.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ממה בנויה הרשת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הרשת עוזרת לעצים צעירים?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האינטרנט הסודי של היער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