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האינטרנט הסודי של היער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התוכן המרכזי של הטקסט על הרשת התת-קרקעית ביער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מידע מפורש ומשתמע בטקסט מדעי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לטבע ולמדע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רשת של חוטי פטריות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מים וחומרים מהאדמה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עצים שכנים מקבלים אזהרה ומתחילים להתגונן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הוא מקבל מעט אור בצל עצים גבוהים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נכתב שהחוטים דקים מאוד וקשה לראות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מוזכר שעצים גדולים מעבירים סוכר לשתילים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בטקסט נכתב שהמדענים עדיין חוקרים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נאמר במפורש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פטריות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התראה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(מחברת בין העצים ביער)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(מביאות מים וחומרים לשורשי העצים)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(עץ צעיר שזקוק לעזרה)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(מידע שעובר כשחרקים תוקפים 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(מזון שהעצים מייצרים מאור השמש)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הפטריות מביאות לעצים מים וחומרים מהאדמה, והעצים נותנים לפטריות סוכר שהן מייצרות מאור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העצים יתקשו לקבל מים, מזון ואזהרות מפני סכנות, והצמיחה של עצים צעירים תיפגע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כמו ביער, גם בכיתה מי שמחובר לאחרים חזק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יתייחסו לרעיון החיבור והעזרה ההדדית, יקשרו בין הרשת ביער לבין קשרים אנושיים, ויכתבו בשפה ברורה ומסודרת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חוטי פטריות דקיקים שמתלפפים סביב השורשים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עצים ותיקים מעבירים להם סוכר דרך הרשת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חיבור בין עצים מחזק אותם, בדומה לחיבור בין אנשים בקהילה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הטקסט בקול רם בכיתה לפני התרגול, כדי לוודא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את התלמידים לאתר בעצמם את המשפטים הרלוונטיים בטקסט לפני מענה על השאלות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לסיים בדיון קצר על ההשוואה בין היער לכיתה, ולחבר זאת לחיי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האינטרנט הסודי של היער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נקרא יחד טקסט קצר על עצים ביער. נתרגל להבין את המילים ואת הרעיון המרכזי בטקסט בצורה פשוטה.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חוטים דקים שמחברים בין דברים שונים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פטריות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יצורים שחיים באדמה ועוזרים לעצים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התחתון של העץ שנמצא באדמה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חוטים דקיקים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חוטים דקים מאוד, קשה לראות אותם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אותות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הודעות או סימנים שעוברים בין דברים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שתיל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עץ צעיר וקטן שרק התחיל לגדול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מערכת התראה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שמזהיר מפני סכנה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סוכר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מזון מתוק שהעץ מייצר מאור השמש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מחבר בין העצים ביער?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רשת של חוטי פטריות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כבלים מתחת לאדמה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שורשים שנוגעים ישירות זה בזה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ענפים שמתחברים למעלה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הפטריות מקבלות מהעצים?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העצים מקבלים מהפטריות?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 וחומרים מהאדמה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אור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הודעות אזהרה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כשחרקים תוקפים עץ?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העץ נופל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עצים שכנים מקבלים אזהרה ומתחילים להתגונן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שום דבר לא קורה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הפטריות עוזבות את האדמה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קשה לעץ צעיר לייצר מזון?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לו שורשים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מקבל מעט אור בצל עצים גבוהים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לא מחובר לרשת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גדל מהר מדי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חוטי הפטריות עבים וקל לראות אותם בעין.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הרשת ביער מעבירה מים, מזון ואותות בין העצים.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עצים ותיקים יכולים להעביר סוכר לעצים צעירים דרך הרשת.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המדענים כבר גילו את כל סודות הרשת.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הרשת פועלת כמו מערכת התראה של היער.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הרשת ביער בנויה מחוטים דקיקים של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הפטריות מביאות לשורשים __________ וחומרים מן האדמה.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העצים נותנים לפטריות __________ שהם מייצרים בעלים.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שתיל קטן שצומח בצל עצים גבוהים מקבל מעט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אפשר לומר שהרשת פועלת כמו מערכת __________ של היער.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רשת תת-קרקעית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מביאות מים וחומרים לשורשי העצים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פטריות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מזון שהעצים מייצרים מאור השמש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שתיל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מחברת בין העצים ביער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אותות אזהרה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עץ צעיר שזקוק לעזרה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סוכר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מידע שעובר כשחרקים תוקפים עץ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איך העצים והפטריות עוזרים זה לזה.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לדעתכם יקרה ליער אם הרשת תיפגע? נמקו.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בטקסט את ההשוואה בין היער לכיתה, וכתבו אותה במילים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שמסבירה למה חשוב לשמור על קשרים עם חברים ומשפחה, בהשראת הרשת שמחברת בין העצים ביער.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ממה בנויה הרשת ביער?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הרשת עוזרת לעצים צעירים?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שמסכם את הרעיון המרכזי בטקסט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האינטרנט הסודי של היער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