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התוכן המרכזי של הטקסט על הרשת התת-קרקעית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בטקסט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לטבע ולמדע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רשת של חוטי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מים וחומרים מהאדמה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עצים שכנים מקבלים אזהרה ומתחילים להתגונן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מקבל מעט אור בצל עצים גבוהים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שהחוטים דקים מאוד וקשה לראות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מוזכר שעצים גדולים מעבירים סוכר לשתילים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בטקסט נכתב שהמדענים עדיין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נאמר במפורש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(מחברת בין העצים ביער)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(מביאות מים וחומרים לשורשי העצים)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(עץ צעיר שזקוק לעזרה)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(מידע שעובר כשחרקים תוקפים 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(מזון שהעצים מייצרים מאור השמש)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הפטריות מביאות לעצים מים וחומרים מהאדמה, והעצים נותנים לפטריות סוכר שהן מייצרות מאור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העצים יתקשו לקבל מים, מזון ואזהרות מפני סכנות, והצמיחה של עצים צעירים תיפגע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כמו ביער, גם בכיתה מי שמחובר לאחרים חזק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יתייחסו לרעיון החיבור והעזרה ההדדית, יקשרו בין הרשת ביער לבין קשרים אנושיים, ויכתבו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חוטי פטריות דקיקים שמתלפפים סביב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עצים ותיקים מעבירים להם סוכר דרך הרשת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חיבור בין עצים מחזק אותם, בדומה לחיבור בין אנשים בקהילה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בקול רם בכיתה לפני התרגול, כדי לוודא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לאתר בעצמם את המשפטים הרלוונטיים בטקסט לפני 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בדיון קצר על ההשוואה בין היער לכיתה, ולחבר זאת לחיי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הבנת הנקרא על טקסט שמספר על רשת מסתורית מתחת לאדמה, שמחברת בין העצים ביער ועוזרת להם לתקשר ולעזור זה לזה.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הדבר שמחבר בין העצים ביער,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של חוטי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כבלים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שורשים שנוגעים ישירות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ענפים שמתחברים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הפטריות מקבלות מהעצים?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העצים מקבלים מהפטריות?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וחומרים מהאדמה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הודעות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כשחרקים תוקפים עץ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העץ נופל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עצים שכנים מקבלים אזהרה ומתחילים להתגונן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שום דבר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הפטריות עוזבות את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קשה לשתיל צעיר לייצר מזון בעצמו?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לו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מקבל מעט אור בצל עצים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מחובר לרשת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גדל מהר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חוטי הפטריות עבים וקל לראות אותם בעין.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הרשת ביער מעבירה מים, מזון ואותות בין העצים.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עצים ותיקים יכולים להעביר סוכר לעצים צעירים דרך הרשת.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המדענים כבר גילו את כל סודות הרשת.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הרשת פועלת כמו מערכת התראה של היער.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הרשת ביער בנויה מחוטים דקיקים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הפטריות מביאות לשורשים __________ וחומרים מן האדמה.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העצים נותנים לפטריות __________ שהם מייצרים בעלים.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שתיל קטן שצומח בצל עצים גבוהים מקבל מעט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לומר שהרשת פועלת כמו מערכת __________ של היער.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רשת תת-קרקעית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מביאות מים וחומרים לשורשי העצים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פטריות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מידע שעובר כשחרקים תוקפים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שתיל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מזון שהעצים מייצרים מאור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אותות אזהרה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עץ צעיר שזקוק לעזרה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מחברת בין העצים ביער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העצים והפטריות עוזרים זה לזה.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יקרה ליער אם הרשת תיפגע?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בטקסט את ההשוואה בין היער לכיתה, וכתבו אותה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שמסבירה למה חשוב לשמור על קשרים עם חברים ומשפחה, בהשראת הרשת שמחברת בין העצים ביער.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בנויה הרשת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הרשת עוזרת לעצים צעירים?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שמסכם את הרעיון המרכזי בטקסט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האינטרנט הסודי של היער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